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662B28" w:rsidRPr="00421475" w14:paraId="766E5F4A" w14:textId="77777777">
        <w:trPr>
          <w:jc w:val="center"/>
        </w:trPr>
        <w:tc>
          <w:tcPr>
            <w:tcW w:w="10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6F35C3" w14:textId="77777777" w:rsidR="00662B28" w:rsidRPr="00421475" w:rsidRDefault="00D5501C">
            <w:pPr>
              <w:jc w:val="center"/>
              <w:rPr>
                <w:lang w:val="pt-BR"/>
              </w:rPr>
            </w:pPr>
            <w:r w:rsidRPr="00421475">
              <w:rPr>
                <w:b/>
                <w:sz w:val="21"/>
                <w:lang w:val="pt-BR"/>
              </w:rPr>
              <w:t>SOLICITAÇÃO DE</w:t>
            </w:r>
            <w:r w:rsidRPr="00421475">
              <w:rPr>
                <w:lang w:val="pt-BR"/>
              </w:rPr>
              <w:br/>
            </w:r>
            <w:r w:rsidRPr="00421475">
              <w:rPr>
                <w:b/>
                <w:lang w:val="pt-BR"/>
              </w:rPr>
              <w:t>Protocolo de Sustentabilidade em Eventos</w:t>
            </w:r>
            <w:r w:rsidRPr="00421475">
              <w:rPr>
                <w:lang w:val="pt-BR"/>
              </w:rPr>
              <w:br/>
            </w:r>
            <w:r w:rsidRPr="00421475">
              <w:rPr>
                <w:i/>
                <w:sz w:val="14"/>
                <w:lang w:val="pt-BR"/>
              </w:rPr>
              <w:t>Formulário para protocolo e instrução inicial do processo</w:t>
            </w:r>
          </w:p>
        </w:tc>
      </w:tr>
    </w:tbl>
    <w:p w14:paraId="2F645FD5" w14:textId="70C2A187" w:rsidR="00421475" w:rsidRPr="00421475" w:rsidRDefault="00421475" w:rsidP="00421475">
      <w:pPr>
        <w:keepNext/>
        <w:spacing w:before="100" w:after="40"/>
        <w:rPr>
          <w:lang w:val="pt-BR"/>
        </w:rPr>
      </w:pPr>
      <w:r>
        <w:rPr>
          <w:b/>
          <w:sz w:val="18"/>
          <w:lang w:val="pt-BR"/>
        </w:rPr>
        <w:t>1</w:t>
      </w:r>
      <w:r w:rsidRPr="00421475">
        <w:rPr>
          <w:b/>
          <w:sz w:val="18"/>
          <w:lang w:val="pt-BR"/>
        </w:rPr>
        <w:t>. IDENTIFICAÇÃO DO EVENTO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2"/>
        <w:gridCol w:w="1804"/>
        <w:gridCol w:w="3608"/>
      </w:tblGrid>
      <w:tr w:rsidR="00421475" w:rsidRPr="00421475" w14:paraId="509C7D1C" w14:textId="77777777" w:rsidTr="00E563C9">
        <w:trPr>
          <w:jc w:val="center"/>
        </w:trPr>
        <w:tc>
          <w:tcPr>
            <w:tcW w:w="10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BD48BE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Nome do evento:</w:t>
            </w:r>
          </w:p>
        </w:tc>
      </w:tr>
      <w:tr w:rsidR="00421475" w:rsidRPr="00421475" w14:paraId="0F89961E" w14:textId="77777777" w:rsidTr="00E563C9">
        <w:trPr>
          <w:jc w:val="center"/>
        </w:trPr>
        <w:tc>
          <w:tcPr>
            <w:tcW w:w="10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787E14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 xml:space="preserve">Natureza: </w:t>
            </w:r>
            <w:proofErr w:type="gramStart"/>
            <w:r w:rsidRPr="00421475">
              <w:rPr>
                <w:sz w:val="15"/>
                <w:lang w:val="pt-BR"/>
              </w:rPr>
              <w:t>[ ]</w:t>
            </w:r>
            <w:proofErr w:type="gramEnd"/>
            <w:r w:rsidRPr="00421475">
              <w:rPr>
                <w:sz w:val="15"/>
                <w:lang w:val="pt-BR"/>
              </w:rPr>
              <w:t xml:space="preserve"> </w:t>
            </w:r>
            <w:proofErr w:type="gramStart"/>
            <w:r w:rsidRPr="00421475">
              <w:rPr>
                <w:sz w:val="15"/>
                <w:lang w:val="pt-BR"/>
              </w:rPr>
              <w:t>Religioso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Cultural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Esportivo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Gastronômico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Turístico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Social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Institucional  [</w:t>
            </w:r>
            <w:proofErr w:type="gramEnd"/>
            <w:r w:rsidRPr="00421475">
              <w:rPr>
                <w:sz w:val="15"/>
                <w:lang w:val="pt-BR"/>
              </w:rPr>
              <w:t xml:space="preserve"> ] Outro: __________</w:t>
            </w:r>
          </w:p>
        </w:tc>
      </w:tr>
      <w:tr w:rsidR="00421475" w:rsidRPr="00421475" w14:paraId="03A5D6CD" w14:textId="77777777" w:rsidTr="00E563C9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50B000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Data de início: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7CC532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Data de término:</w:t>
            </w:r>
          </w:p>
        </w:tc>
      </w:tr>
      <w:tr w:rsidR="00421475" w:rsidRPr="00421475" w14:paraId="7CD66F58" w14:textId="77777777" w:rsidTr="00E563C9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2E1C77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Horário de início: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06B83A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Horário de término:</w:t>
            </w:r>
          </w:p>
        </w:tc>
      </w:tr>
      <w:tr w:rsidR="00421475" w:rsidRPr="00421475" w14:paraId="592A33CF" w14:textId="77777777" w:rsidTr="00E563C9">
        <w:trPr>
          <w:jc w:val="center"/>
        </w:trPr>
        <w:tc>
          <w:tcPr>
            <w:tcW w:w="7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7A80D9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Local de realização: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ADE4A9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Inscrição imobiliária, se aplicável:</w:t>
            </w:r>
          </w:p>
        </w:tc>
      </w:tr>
      <w:tr w:rsidR="00421475" w:rsidRPr="00421475" w14:paraId="482E6E6C" w14:textId="77777777" w:rsidTr="00E563C9">
        <w:trPr>
          <w:jc w:val="center"/>
        </w:trPr>
        <w:tc>
          <w:tcPr>
            <w:tcW w:w="7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127553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Endereço: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2BC4EC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Bairro:</w:t>
            </w:r>
          </w:p>
        </w:tc>
      </w:tr>
      <w:tr w:rsidR="00421475" w:rsidRPr="00421475" w14:paraId="0E9D152E" w14:textId="77777777" w:rsidTr="00E563C9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4EF329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Público estimado por dia: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D34223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Público total estimado:</w:t>
            </w:r>
          </w:p>
        </w:tc>
      </w:tr>
      <w:tr w:rsidR="00421475" w:rsidRPr="00421475" w14:paraId="3C367F79" w14:textId="77777777" w:rsidTr="00E563C9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423EBB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Duração total (dias/horas):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6D6E89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Área aproximada ocupada (m²):</w:t>
            </w:r>
          </w:p>
        </w:tc>
      </w:tr>
      <w:tr w:rsidR="00421475" w:rsidRPr="00421475" w14:paraId="4EE87010" w14:textId="77777777" w:rsidTr="00E563C9">
        <w:trPr>
          <w:jc w:val="center"/>
        </w:trPr>
        <w:tc>
          <w:tcPr>
            <w:tcW w:w="10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C5089F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proofErr w:type="gramStart"/>
            <w:r w:rsidRPr="00421475">
              <w:rPr>
                <w:sz w:val="15"/>
                <w:lang w:val="pt-BR"/>
              </w:rPr>
              <w:t>[ ]</w:t>
            </w:r>
            <w:proofErr w:type="gramEnd"/>
            <w:r w:rsidRPr="00421475">
              <w:rPr>
                <w:sz w:val="15"/>
                <w:lang w:val="pt-BR"/>
              </w:rPr>
              <w:t xml:space="preserve"> Espaço </w:t>
            </w:r>
            <w:proofErr w:type="gramStart"/>
            <w:r w:rsidRPr="00421475">
              <w:rPr>
                <w:sz w:val="15"/>
                <w:lang w:val="pt-BR"/>
              </w:rPr>
              <w:t>público  [</w:t>
            </w:r>
            <w:proofErr w:type="gramEnd"/>
            <w:r w:rsidRPr="00421475">
              <w:rPr>
                <w:sz w:val="15"/>
                <w:lang w:val="pt-BR"/>
              </w:rPr>
              <w:t xml:space="preserve"> ] Espaço </w:t>
            </w:r>
            <w:proofErr w:type="gramStart"/>
            <w:r w:rsidRPr="00421475">
              <w:rPr>
                <w:sz w:val="15"/>
                <w:lang w:val="pt-BR"/>
              </w:rPr>
              <w:t>privado  [</w:t>
            </w:r>
            <w:proofErr w:type="gramEnd"/>
            <w:r w:rsidRPr="00421475">
              <w:rPr>
                <w:sz w:val="15"/>
                <w:lang w:val="pt-BR"/>
              </w:rPr>
              <w:t xml:space="preserve"> ] Área </w:t>
            </w:r>
            <w:proofErr w:type="gramStart"/>
            <w:r w:rsidRPr="00421475">
              <w:rPr>
                <w:sz w:val="15"/>
                <w:lang w:val="pt-BR"/>
              </w:rPr>
              <w:t>aberta  [</w:t>
            </w:r>
            <w:proofErr w:type="gramEnd"/>
            <w:r w:rsidRPr="00421475">
              <w:rPr>
                <w:sz w:val="15"/>
                <w:lang w:val="pt-BR"/>
              </w:rPr>
              <w:t xml:space="preserve"> ] Área </w:t>
            </w:r>
            <w:proofErr w:type="gramStart"/>
            <w:r w:rsidRPr="00421475">
              <w:rPr>
                <w:sz w:val="15"/>
                <w:lang w:val="pt-BR"/>
              </w:rPr>
              <w:t>fechada  [</w:t>
            </w:r>
            <w:proofErr w:type="gramEnd"/>
            <w:r w:rsidRPr="00421475">
              <w:rPr>
                <w:sz w:val="15"/>
                <w:lang w:val="pt-BR"/>
              </w:rPr>
              <w:t xml:space="preserve"> ] Evento </w:t>
            </w:r>
            <w:proofErr w:type="gramStart"/>
            <w:r w:rsidRPr="00421475">
              <w:rPr>
                <w:sz w:val="15"/>
                <w:lang w:val="pt-BR"/>
              </w:rPr>
              <w:t>gratuito  [</w:t>
            </w:r>
            <w:proofErr w:type="gramEnd"/>
            <w:r w:rsidRPr="00421475">
              <w:rPr>
                <w:sz w:val="15"/>
                <w:lang w:val="pt-BR"/>
              </w:rPr>
              <w:t xml:space="preserve"> ] Evento pago</w:t>
            </w:r>
          </w:p>
        </w:tc>
      </w:tr>
      <w:tr w:rsidR="00421475" w:rsidRPr="00421475" w14:paraId="50FD7991" w14:textId="77777777" w:rsidTr="00E563C9">
        <w:trPr>
          <w:jc w:val="center"/>
        </w:trPr>
        <w:tc>
          <w:tcPr>
            <w:tcW w:w="10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1FE769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proofErr w:type="gramStart"/>
            <w:r w:rsidRPr="00421475">
              <w:rPr>
                <w:sz w:val="15"/>
                <w:lang w:val="pt-BR"/>
              </w:rPr>
              <w:t>[ ]</w:t>
            </w:r>
            <w:proofErr w:type="gramEnd"/>
            <w:r w:rsidRPr="00421475">
              <w:rPr>
                <w:sz w:val="15"/>
                <w:lang w:val="pt-BR"/>
              </w:rPr>
              <w:t xml:space="preserve"> Praça de </w:t>
            </w:r>
            <w:proofErr w:type="gramStart"/>
            <w:r w:rsidRPr="00421475">
              <w:rPr>
                <w:sz w:val="15"/>
                <w:lang w:val="pt-BR"/>
              </w:rPr>
              <w:t>alimentação  [</w:t>
            </w:r>
            <w:proofErr w:type="gramEnd"/>
            <w:r w:rsidRPr="00421475">
              <w:rPr>
                <w:sz w:val="15"/>
                <w:lang w:val="pt-BR"/>
              </w:rPr>
              <w:t xml:space="preserve"> ] Barracas/pontos de </w:t>
            </w:r>
            <w:proofErr w:type="gramStart"/>
            <w:r w:rsidRPr="00421475">
              <w:rPr>
                <w:sz w:val="15"/>
                <w:lang w:val="pt-BR"/>
              </w:rPr>
              <w:t>venda  [</w:t>
            </w:r>
            <w:proofErr w:type="gramEnd"/>
            <w:r w:rsidRPr="00421475">
              <w:rPr>
                <w:sz w:val="15"/>
                <w:lang w:val="pt-BR"/>
              </w:rPr>
              <w:t xml:space="preserve"> ] </w:t>
            </w:r>
            <w:proofErr w:type="gramStart"/>
            <w:r w:rsidRPr="00421475">
              <w:rPr>
                <w:sz w:val="15"/>
                <w:lang w:val="pt-BR"/>
              </w:rPr>
              <w:t>Expositores  [</w:t>
            </w:r>
            <w:proofErr w:type="gramEnd"/>
            <w:r w:rsidRPr="00421475">
              <w:rPr>
                <w:sz w:val="15"/>
                <w:lang w:val="pt-BR"/>
              </w:rPr>
              <w:t xml:space="preserve"> ] Fornecedores </w:t>
            </w:r>
            <w:proofErr w:type="gramStart"/>
            <w:r w:rsidRPr="00421475">
              <w:rPr>
                <w:sz w:val="15"/>
                <w:lang w:val="pt-BR"/>
              </w:rPr>
              <w:t>terceirizados  [</w:t>
            </w:r>
            <w:proofErr w:type="gramEnd"/>
            <w:r w:rsidRPr="00421475">
              <w:rPr>
                <w:sz w:val="15"/>
                <w:lang w:val="pt-BR"/>
              </w:rPr>
              <w:t xml:space="preserve"> ] Geração relevante de resíduos</w:t>
            </w:r>
          </w:p>
        </w:tc>
      </w:tr>
    </w:tbl>
    <w:p w14:paraId="5DC4B4D9" w14:textId="570D3996" w:rsidR="00662B28" w:rsidRPr="00421475" w:rsidRDefault="00421475">
      <w:pPr>
        <w:keepNext/>
        <w:spacing w:before="100" w:after="40"/>
        <w:rPr>
          <w:lang w:val="pt-BR"/>
        </w:rPr>
      </w:pPr>
      <w:r>
        <w:rPr>
          <w:b/>
          <w:sz w:val="18"/>
          <w:lang w:val="pt-BR"/>
        </w:rPr>
        <w:t>2</w:t>
      </w:r>
      <w:r w:rsidR="00D5501C" w:rsidRPr="00421475">
        <w:rPr>
          <w:b/>
          <w:sz w:val="18"/>
          <w:lang w:val="pt-BR"/>
        </w:rPr>
        <w:t>. INFORMAÇÕES DO INTERESSADO / ORGANIZADOR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4"/>
        <w:gridCol w:w="1804"/>
      </w:tblGrid>
      <w:tr w:rsidR="00662B28" w:rsidRPr="00421475" w14:paraId="5A3BBA0B" w14:textId="77777777">
        <w:trPr>
          <w:jc w:val="center"/>
        </w:trPr>
        <w:tc>
          <w:tcPr>
            <w:tcW w:w="10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E5ABE19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b/>
                <w:sz w:val="16"/>
                <w:lang w:val="pt-BR"/>
              </w:rPr>
              <w:t>2.1. Natureza do interessado</w:t>
            </w:r>
          </w:p>
        </w:tc>
      </w:tr>
      <w:tr w:rsidR="00662B28" w:rsidRPr="00421475" w14:paraId="509E4C97" w14:textId="77777777">
        <w:trPr>
          <w:jc w:val="center"/>
        </w:trPr>
        <w:tc>
          <w:tcPr>
            <w:tcW w:w="10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5D2697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proofErr w:type="gramStart"/>
            <w:r w:rsidRPr="00421475">
              <w:rPr>
                <w:sz w:val="15"/>
                <w:lang w:val="pt-BR"/>
              </w:rPr>
              <w:t>[ ]</w:t>
            </w:r>
            <w:proofErr w:type="gramEnd"/>
            <w:r w:rsidRPr="00421475">
              <w:rPr>
                <w:sz w:val="15"/>
                <w:lang w:val="pt-BR"/>
              </w:rPr>
              <w:t xml:space="preserve"> Pessoa física</w:t>
            </w:r>
            <w:proofErr w:type="gramStart"/>
            <w:r w:rsidRPr="00421475">
              <w:rPr>
                <w:sz w:val="15"/>
                <w:lang w:val="pt-BR"/>
              </w:rPr>
              <w:t xml:space="preserve">   [</w:t>
            </w:r>
            <w:proofErr w:type="gramEnd"/>
            <w:r w:rsidRPr="00421475">
              <w:rPr>
                <w:sz w:val="15"/>
                <w:lang w:val="pt-BR"/>
              </w:rPr>
              <w:t xml:space="preserve"> ] Pessoa jurídica de direito privado</w:t>
            </w:r>
            <w:proofErr w:type="gramStart"/>
            <w:r w:rsidRPr="00421475">
              <w:rPr>
                <w:sz w:val="15"/>
                <w:lang w:val="pt-BR"/>
              </w:rPr>
              <w:t xml:space="preserve">   [</w:t>
            </w:r>
            <w:proofErr w:type="gramEnd"/>
            <w:r w:rsidRPr="00421475">
              <w:rPr>
                <w:sz w:val="15"/>
                <w:lang w:val="pt-BR"/>
              </w:rPr>
              <w:t xml:space="preserve"> ] Entidade sem fins lucrativos</w:t>
            </w:r>
            <w:proofErr w:type="gramStart"/>
            <w:r w:rsidRPr="00421475">
              <w:rPr>
                <w:sz w:val="15"/>
                <w:lang w:val="pt-BR"/>
              </w:rPr>
              <w:t xml:space="preserve">   [</w:t>
            </w:r>
            <w:proofErr w:type="gramEnd"/>
            <w:r w:rsidRPr="00421475">
              <w:rPr>
                <w:sz w:val="15"/>
                <w:lang w:val="pt-BR"/>
              </w:rPr>
              <w:t xml:space="preserve"> ] Órgão/entidade pública</w:t>
            </w:r>
            <w:proofErr w:type="gramStart"/>
            <w:r w:rsidRPr="00421475">
              <w:rPr>
                <w:sz w:val="15"/>
                <w:lang w:val="pt-BR"/>
              </w:rPr>
              <w:t xml:space="preserve">   [</w:t>
            </w:r>
            <w:proofErr w:type="gramEnd"/>
            <w:r w:rsidRPr="00421475">
              <w:rPr>
                <w:sz w:val="15"/>
                <w:lang w:val="pt-BR"/>
              </w:rPr>
              <w:t xml:space="preserve"> ] Outro: __________________</w:t>
            </w:r>
          </w:p>
        </w:tc>
      </w:tr>
      <w:tr w:rsidR="00662B28" w:rsidRPr="00421475" w14:paraId="004601A0" w14:textId="77777777">
        <w:trPr>
          <w:jc w:val="center"/>
        </w:trPr>
        <w:tc>
          <w:tcPr>
            <w:tcW w:w="7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ED1F9C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Nome completo / Razão social:</w:t>
            </w:r>
          </w:p>
        </w:tc>
        <w:tc>
          <w:tcPr>
            <w:tcW w:w="3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AE28CF3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CPF / CNPJ:</w:t>
            </w:r>
          </w:p>
        </w:tc>
      </w:tr>
      <w:tr w:rsidR="00662B28" w:rsidRPr="00421475" w14:paraId="4309D807" w14:textId="77777777">
        <w:trPr>
          <w:jc w:val="center"/>
        </w:trPr>
        <w:tc>
          <w:tcPr>
            <w:tcW w:w="7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B90535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Responsável legal:</w:t>
            </w:r>
          </w:p>
        </w:tc>
        <w:tc>
          <w:tcPr>
            <w:tcW w:w="3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0990EF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CPF:</w:t>
            </w:r>
          </w:p>
        </w:tc>
      </w:tr>
      <w:tr w:rsidR="00662B28" w:rsidRPr="00421475" w14:paraId="6EC6D73B" w14:textId="77777777">
        <w:trPr>
          <w:jc w:val="center"/>
        </w:trPr>
        <w:tc>
          <w:tcPr>
            <w:tcW w:w="72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B16135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Endereço:</w:t>
            </w:r>
          </w:p>
        </w:tc>
        <w:tc>
          <w:tcPr>
            <w:tcW w:w="3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EB2A6A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Complemento:</w:t>
            </w:r>
          </w:p>
        </w:tc>
      </w:tr>
      <w:tr w:rsidR="00662B28" w:rsidRPr="00421475" w14:paraId="3849E7D9" w14:textId="77777777">
        <w:trPr>
          <w:jc w:val="center"/>
        </w:trPr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3BF183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CEP: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AD0AD3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Bairro: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85317F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Município: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C89DBD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UF: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585C3C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Telefone: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D75E4F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E-mail:</w:t>
            </w:r>
          </w:p>
        </w:tc>
      </w:tr>
    </w:tbl>
    <w:p w14:paraId="06503FEF" w14:textId="77777777" w:rsidR="00662B28" w:rsidRPr="00421475" w:rsidRDefault="00D5501C">
      <w:pPr>
        <w:keepNext/>
        <w:spacing w:before="100" w:after="40"/>
        <w:rPr>
          <w:lang w:val="pt-BR"/>
        </w:rPr>
      </w:pPr>
      <w:r w:rsidRPr="00421475">
        <w:rPr>
          <w:b/>
          <w:sz w:val="18"/>
          <w:lang w:val="pt-BR"/>
        </w:rPr>
        <w:t>3. RESPONSÁVEL PELO PROTOCOLO / REPRESENTANTE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8"/>
        <w:gridCol w:w="1804"/>
        <w:gridCol w:w="1804"/>
        <w:gridCol w:w="3608"/>
      </w:tblGrid>
      <w:tr w:rsidR="00662B28" w:rsidRPr="00421475" w14:paraId="4B505199" w14:textId="77777777">
        <w:trPr>
          <w:jc w:val="center"/>
        </w:trPr>
        <w:tc>
          <w:tcPr>
            <w:tcW w:w="7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B16DF8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Nome completo: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D49B22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CPF:</w:t>
            </w:r>
          </w:p>
        </w:tc>
      </w:tr>
      <w:tr w:rsidR="00662B28" w:rsidRPr="00421475" w14:paraId="5B5865F6" w14:textId="77777777">
        <w:trPr>
          <w:jc w:val="center"/>
        </w:trPr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574A26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Cargo/função no evento: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C47F67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Entidade/empresa:</w:t>
            </w:r>
          </w:p>
        </w:tc>
      </w:tr>
      <w:tr w:rsidR="00662B28" w:rsidRPr="00421475" w14:paraId="70D697DB" w14:textId="77777777">
        <w:trPr>
          <w:jc w:val="center"/>
        </w:trPr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4C7C82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Telefone:</w:t>
            </w:r>
          </w:p>
        </w:tc>
        <w:tc>
          <w:tcPr>
            <w:tcW w:w="7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65187E1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E-mail:</w:t>
            </w:r>
          </w:p>
        </w:tc>
      </w:tr>
      <w:tr w:rsidR="00662B28" w:rsidRPr="00421475" w14:paraId="7306B20A" w14:textId="77777777">
        <w:trPr>
          <w:jc w:val="center"/>
        </w:trPr>
        <w:tc>
          <w:tcPr>
            <w:tcW w:w="10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8C9395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5"/>
                <w:lang w:val="pt-BR"/>
              </w:rPr>
              <w:t>Procuração ou documento de representação, quando aplicável:</w:t>
            </w:r>
          </w:p>
        </w:tc>
      </w:tr>
    </w:tbl>
    <w:p w14:paraId="0B7C3964" w14:textId="36D09479" w:rsidR="00421475" w:rsidRPr="00421475" w:rsidRDefault="00421475" w:rsidP="00421475">
      <w:pPr>
        <w:keepNext/>
        <w:spacing w:before="100" w:after="40"/>
        <w:rPr>
          <w:lang w:val="pt-BR"/>
        </w:rPr>
      </w:pPr>
      <w:r>
        <w:rPr>
          <w:b/>
          <w:sz w:val="18"/>
          <w:lang w:val="pt-BR"/>
        </w:rPr>
        <w:t>4</w:t>
      </w:r>
      <w:r w:rsidRPr="00421475">
        <w:rPr>
          <w:b/>
          <w:sz w:val="18"/>
          <w:lang w:val="pt-BR"/>
        </w:rPr>
        <w:t>. PROCESSO VINCULADO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421475" w:rsidRPr="00421475" w14:paraId="4FE0BAE1" w14:textId="77777777" w:rsidTr="00E563C9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B257D8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  <w:r w:rsidRPr="00421475">
              <w:rPr>
                <w:sz w:val="16"/>
                <w:lang w:val="pt-BR"/>
              </w:rPr>
              <w:t>Número do processo de alvará, autorização de evento ou outro processo relacionado, quando existente:</w:t>
            </w:r>
          </w:p>
        </w:tc>
      </w:tr>
      <w:tr w:rsidR="00421475" w:rsidRPr="00421475" w14:paraId="4EA1F08B" w14:textId="77777777" w:rsidTr="00E563C9">
        <w:trPr>
          <w:trHeight w:val="397"/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6E3987" w14:textId="77777777" w:rsidR="00421475" w:rsidRPr="00421475" w:rsidRDefault="00421475" w:rsidP="00E563C9">
            <w:pPr>
              <w:spacing w:line="240" w:lineRule="auto"/>
              <w:rPr>
                <w:lang w:val="pt-BR"/>
              </w:rPr>
            </w:pPr>
          </w:p>
        </w:tc>
      </w:tr>
    </w:tbl>
    <w:p w14:paraId="01AA36B5" w14:textId="6786AC2B" w:rsidR="00662B28" w:rsidRPr="00421475" w:rsidRDefault="00421475">
      <w:pPr>
        <w:keepNext/>
        <w:spacing w:before="100" w:after="40"/>
        <w:rPr>
          <w:lang w:val="pt-BR"/>
        </w:rPr>
      </w:pPr>
      <w:r>
        <w:rPr>
          <w:b/>
          <w:sz w:val="18"/>
          <w:lang w:val="pt-BR"/>
        </w:rPr>
        <w:t>5</w:t>
      </w:r>
      <w:r w:rsidR="00D5501C" w:rsidRPr="00421475">
        <w:rPr>
          <w:b/>
          <w:sz w:val="18"/>
          <w:lang w:val="pt-BR"/>
        </w:rPr>
        <w:t>. DECLARAÇÃO DE VERACIDADE E RESPONSABILIDADE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662B28" w:rsidRPr="00421475" w14:paraId="22426E8D" w14:textId="77777777">
        <w:trPr>
          <w:cantSplit/>
          <w:jc w:val="center"/>
        </w:trPr>
        <w:tc>
          <w:tcPr>
            <w:tcW w:w="10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016311" w14:textId="77777777" w:rsidR="00662B28" w:rsidRPr="00421475" w:rsidRDefault="00D5501C">
            <w:pPr>
              <w:spacing w:line="240" w:lineRule="auto"/>
              <w:rPr>
                <w:lang w:val="pt-BR"/>
              </w:rPr>
            </w:pPr>
            <w:r w:rsidRPr="00421475">
              <w:rPr>
                <w:sz w:val="14"/>
                <w:lang w:val="pt-BR"/>
              </w:rPr>
              <w:t>Declaro, sob as penas da lei, que as informações apresentadas são verdadeiras e que o organizador permanece responsável pela execução das medidas informadas, pela limpeza do local e pela gestão ambientalmente adequada dos resíduos, quando aplicável. Estou ciente de que a Secretaria do Clima e Meio Ambiente poderá solicitar complementações e de que este protocolo não substitui alvará, licença, autorização, anuência, vistoria ou manifestação técnica exigida pelos órgãos competentes.</w:t>
            </w:r>
            <w:r w:rsidRPr="00421475">
              <w:rPr>
                <w:sz w:val="14"/>
                <w:lang w:val="pt-BR"/>
              </w:rPr>
              <w:br/>
            </w:r>
            <w:r w:rsidRPr="00421475">
              <w:rPr>
                <w:sz w:val="14"/>
                <w:lang w:val="pt-BR"/>
              </w:rPr>
              <w:br/>
              <w:t xml:space="preserve">Mogi das Cruzes, ______ de __________________ </w:t>
            </w:r>
            <w:proofErr w:type="spellStart"/>
            <w:r w:rsidRPr="00421475">
              <w:rPr>
                <w:sz w:val="14"/>
                <w:lang w:val="pt-BR"/>
              </w:rPr>
              <w:t>de</w:t>
            </w:r>
            <w:proofErr w:type="spellEnd"/>
            <w:r w:rsidRPr="00421475">
              <w:rPr>
                <w:sz w:val="14"/>
                <w:lang w:val="pt-BR"/>
              </w:rPr>
              <w:t xml:space="preserve"> ______.</w:t>
            </w:r>
          </w:p>
        </w:tc>
      </w:tr>
      <w:tr w:rsidR="00662B28" w:rsidRPr="00421475" w14:paraId="7CD3992D" w14:textId="77777777">
        <w:trPr>
          <w:cantSplit/>
          <w:jc w:val="center"/>
        </w:trPr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97E179" w14:textId="77777777" w:rsidR="00662B28" w:rsidRPr="00421475" w:rsidRDefault="00D5501C">
            <w:pPr>
              <w:spacing w:line="240" w:lineRule="auto"/>
              <w:jc w:val="center"/>
              <w:rPr>
                <w:lang w:val="pt-BR"/>
              </w:rPr>
            </w:pPr>
            <w:r w:rsidRPr="00421475">
              <w:rPr>
                <w:sz w:val="14"/>
                <w:lang w:val="pt-BR"/>
              </w:rPr>
              <w:br/>
              <w:t>_________________________________________</w:t>
            </w:r>
            <w:r w:rsidRPr="00421475">
              <w:rPr>
                <w:sz w:val="14"/>
                <w:lang w:val="pt-BR"/>
              </w:rPr>
              <w:br/>
              <w:t>Interessado / Responsável legal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B1DF63" w14:textId="77777777" w:rsidR="00662B28" w:rsidRPr="00421475" w:rsidRDefault="00D5501C">
            <w:pPr>
              <w:spacing w:line="240" w:lineRule="auto"/>
              <w:jc w:val="center"/>
              <w:rPr>
                <w:lang w:val="pt-BR"/>
              </w:rPr>
            </w:pPr>
            <w:r w:rsidRPr="00421475">
              <w:rPr>
                <w:sz w:val="14"/>
                <w:lang w:val="pt-BR"/>
              </w:rPr>
              <w:br/>
              <w:t>_________________________________________</w:t>
            </w:r>
            <w:r w:rsidRPr="00421475">
              <w:rPr>
                <w:sz w:val="14"/>
                <w:lang w:val="pt-BR"/>
              </w:rPr>
              <w:br/>
              <w:t>Responsável pelo protocolo / Representante</w:t>
            </w:r>
          </w:p>
        </w:tc>
      </w:tr>
    </w:tbl>
    <w:p w14:paraId="5CA846BD" w14:textId="77777777" w:rsidR="00662B28" w:rsidRDefault="00D5501C">
      <w: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038"/>
      </w:tblGrid>
      <w:tr w:rsidR="00D11CAB" w14:paraId="44B1586D" w14:textId="77777777" w:rsidTr="00D11CAB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83B23" w14:textId="77777777" w:rsidR="00D11CAB" w:rsidRDefault="00D11CAB" w:rsidP="00A918F3">
            <w:pPr>
              <w:jc w:val="center"/>
              <w:rPr>
                <w:sz w:val="14"/>
                <w:szCs w:val="14"/>
                <w:lang w:val="pt-BR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CHECKLIST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pt-BR"/>
              </w:rPr>
              <w:br/>
              <w:t xml:space="preserve">  Documentação necessária para análise</w:t>
            </w:r>
          </w:p>
        </w:tc>
      </w:tr>
      <w:tr w:rsidR="00D11CAB" w14:paraId="22845751" w14:textId="77777777" w:rsidTr="006F5999">
        <w:trPr>
          <w:trHeight w:val="112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A159A" w14:textId="77777777" w:rsidR="00D11CAB" w:rsidRDefault="00D11CAB" w:rsidP="00A918F3">
            <w:pPr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Para a celeridade da análise e organização do processo administrativo, os documentos deverão ser protocolados na ordem deste checklist.</w:t>
            </w:r>
          </w:p>
          <w:p w14:paraId="4C3BA423" w14:textId="77777777" w:rsidR="00D11CAB" w:rsidRDefault="00D11CAB" w:rsidP="00A918F3">
            <w:pPr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Após protocolo, caso a análise administrativa constate a falta de documentação, o processo será retornado com o formulário dos documentos não apresentados.</w:t>
            </w:r>
          </w:p>
          <w:p w14:paraId="2714C1D6" w14:textId="77777777" w:rsidR="00D11CAB" w:rsidRDefault="00D11CAB" w:rsidP="00A918F3">
            <w:pPr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Com asterisco, encontram-se os documentos obrigatórios.</w:t>
            </w:r>
          </w:p>
          <w:p w14:paraId="5098F61C" w14:textId="77777777" w:rsidR="00D11CAB" w:rsidRDefault="00D11CAB" w:rsidP="00A918F3">
            <w:pPr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Todos os documentos deverão estar válidos e legíveis.</w:t>
            </w:r>
          </w:p>
          <w:p w14:paraId="374F1BC7" w14:textId="77777777" w:rsidR="006F5999" w:rsidRDefault="006F5999" w:rsidP="00A918F3">
            <w:pPr>
              <w:rPr>
                <w:sz w:val="14"/>
                <w:szCs w:val="14"/>
                <w:lang w:val="pt-BR"/>
              </w:rPr>
            </w:pPr>
          </w:p>
          <w:p w14:paraId="70E9835F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Solicitação De impressa, devidamente preenchida e assinada.</w:t>
            </w:r>
          </w:p>
          <w:p w14:paraId="537C86D6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4961CACC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Comprovante de pagamento da taxa de protocolo.</w:t>
            </w:r>
          </w:p>
          <w:p w14:paraId="1D3A4196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47ADD48B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Cópia simples do RG ou CPF ou CNH.</w:t>
            </w:r>
          </w:p>
          <w:p w14:paraId="23A09AEC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72BFA991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Comprovante de Endereço</w:t>
            </w:r>
          </w:p>
          <w:p w14:paraId="1273D6E8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3DD90E0C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Cartão de CNPJ e Contrato Social se Empresa.</w:t>
            </w:r>
          </w:p>
          <w:p w14:paraId="3689BC8A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4AFCAB44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Procuração quando for o caso de representante.</w:t>
            </w:r>
          </w:p>
          <w:p w14:paraId="37D64386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5A431F6D" w14:textId="77777777" w:rsid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Memorial de Sustentabilidade em Eventos, conforme modelo disponível no site.</w:t>
            </w:r>
          </w:p>
          <w:p w14:paraId="5ACF8B80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</w:p>
          <w:p w14:paraId="5C197CA0" w14:textId="77777777" w:rsidR="006F5999" w:rsidRPr="006F5999" w:rsidRDefault="006F5999" w:rsidP="006F5999">
            <w:pPr>
              <w:rPr>
                <w:sz w:val="18"/>
                <w:szCs w:val="18"/>
                <w:lang w:val="pt-BR"/>
              </w:rPr>
            </w:pPr>
            <w:proofErr w:type="gramStart"/>
            <w:r w:rsidRPr="006F5999">
              <w:rPr>
                <w:sz w:val="18"/>
                <w:szCs w:val="18"/>
                <w:lang w:val="pt-BR"/>
              </w:rPr>
              <w:t>(  )</w:t>
            </w:r>
            <w:proofErr w:type="gramEnd"/>
            <w:r w:rsidRPr="006F5999">
              <w:rPr>
                <w:sz w:val="18"/>
                <w:szCs w:val="18"/>
                <w:lang w:val="pt-BR"/>
              </w:rPr>
              <w:t xml:space="preserve"> Croqui, planta ou layout simplificado da área do evento, quando houver estruturas temporárias, praça de alimentação, barracas, expositores ou pontos de geração de resíduos.</w:t>
            </w:r>
          </w:p>
          <w:p w14:paraId="625CF087" w14:textId="230AA795" w:rsidR="006F5999" w:rsidRDefault="006F5999" w:rsidP="00A918F3">
            <w:pPr>
              <w:rPr>
                <w:sz w:val="14"/>
                <w:szCs w:val="14"/>
                <w:lang w:val="pt-BR"/>
              </w:rPr>
            </w:pPr>
          </w:p>
        </w:tc>
      </w:tr>
    </w:tbl>
    <w:p w14:paraId="4A1683F5" w14:textId="77777777" w:rsidR="00D11CAB" w:rsidRDefault="00D11CAB" w:rsidP="00D11CAB">
      <w:pPr>
        <w:spacing w:line="240" w:lineRule="auto"/>
        <w:rPr>
          <w:sz w:val="14"/>
          <w:szCs w:val="14"/>
          <w:lang w:val="pt-BR"/>
        </w:rPr>
      </w:pPr>
    </w:p>
    <w:p w14:paraId="63DD0E8C" w14:textId="77777777" w:rsidR="00D11CAB" w:rsidRDefault="00D11CAB" w:rsidP="00D11CAB">
      <w:pPr>
        <w:rPr>
          <w:sz w:val="14"/>
          <w:szCs w:val="14"/>
          <w:lang w:val="pt-BR"/>
        </w:rPr>
      </w:pPr>
    </w:p>
    <w:sectPr w:rsidR="00D11CAB" w:rsidSect="00034616">
      <w:headerReference w:type="default" r:id="rId8"/>
      <w:footerReference w:type="default" r:id="rId9"/>
      <w:pgSz w:w="12240" w:h="15840"/>
      <w:pgMar w:top="964" w:right="709" w:bottom="709" w:left="709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D93CF" w14:textId="77777777" w:rsidR="00CA2860" w:rsidRDefault="00CA2860">
      <w:pPr>
        <w:spacing w:line="240" w:lineRule="auto"/>
      </w:pPr>
      <w:r>
        <w:separator/>
      </w:r>
    </w:p>
  </w:endnote>
  <w:endnote w:type="continuationSeparator" w:id="0">
    <w:p w14:paraId="2FE14906" w14:textId="77777777" w:rsidR="00CA2860" w:rsidRDefault="00CA2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27E4" w14:textId="3F47017A" w:rsidR="00662B28" w:rsidRDefault="00D5501C">
    <w:pPr>
      <w:pStyle w:val="Rodap"/>
      <w:jc w:val="center"/>
    </w:pPr>
    <w:proofErr w:type="spellStart"/>
    <w:r>
      <w:rPr>
        <w:sz w:val="13"/>
      </w:rPr>
      <w:t>Secretaria</w:t>
    </w:r>
    <w:proofErr w:type="spellEnd"/>
    <w:r>
      <w:rPr>
        <w:sz w:val="13"/>
      </w:rPr>
      <w:t xml:space="preserve"> do </w:t>
    </w:r>
    <w:proofErr w:type="spellStart"/>
    <w:r>
      <w:rPr>
        <w:sz w:val="13"/>
      </w:rPr>
      <w:t>Clima</w:t>
    </w:r>
    <w:proofErr w:type="spellEnd"/>
    <w:r>
      <w:rPr>
        <w:sz w:val="13"/>
      </w:rPr>
      <w:t xml:space="preserve"> e Meio </w:t>
    </w:r>
    <w:proofErr w:type="spellStart"/>
    <w:r>
      <w:rPr>
        <w:sz w:val="13"/>
      </w:rPr>
      <w:t>Ambiente</w:t>
    </w:r>
    <w:proofErr w:type="spellEnd"/>
    <w:r>
      <w:rPr>
        <w:sz w:val="13"/>
      </w:rPr>
      <w:t xml:space="preserve"> </w:t>
    </w:r>
    <w:r w:rsidR="00FF79D5">
      <w:rPr>
        <w:sz w:val="13"/>
      </w:rPr>
      <w:t xml:space="preserve">– </w:t>
    </w:r>
    <w:r w:rsidR="00FF79D5" w:rsidRPr="00FF79D5">
      <w:rPr>
        <w:sz w:val="13"/>
      </w:rPr>
      <w:t>expediente.smapa@mogidascruzes.sp.gov.br</w:t>
    </w:r>
    <w:r>
      <w:rPr>
        <w:sz w:val="13"/>
      </w:rPr>
      <w:t>- (11) 4798-5961</w:t>
    </w:r>
  </w:p>
  <w:p w14:paraId="52DB2999" w14:textId="7041932C" w:rsidR="00662B28" w:rsidRDefault="00D5501C">
    <w:pPr>
      <w:jc w:val="right"/>
    </w:pPr>
    <w:r>
      <w:rPr>
        <w:sz w:val="13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D7396B">
      <w:rPr>
        <w:noProof/>
      </w:rPr>
      <w:t>1</w:t>
    </w:r>
    <w:r>
      <w:fldChar w:fldCharType="end"/>
    </w:r>
    <w:r>
      <w:rPr>
        <w:sz w:val="13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D739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9626" w14:textId="77777777" w:rsidR="00CA2860" w:rsidRDefault="00CA2860">
      <w:pPr>
        <w:spacing w:line="240" w:lineRule="auto"/>
      </w:pPr>
      <w:r>
        <w:separator/>
      </w:r>
    </w:p>
  </w:footnote>
  <w:footnote w:type="continuationSeparator" w:id="0">
    <w:p w14:paraId="1ED8BAD5" w14:textId="77777777" w:rsidR="00CA2860" w:rsidRDefault="00CA28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386"/>
      <w:gridCol w:w="4932"/>
    </w:tblGrid>
    <w:tr w:rsidR="00662B28" w14:paraId="7922F733" w14:textId="77777777">
      <w:trPr>
        <w:jc w:val="center"/>
      </w:trPr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4028D2A" w14:textId="77777777" w:rsidR="00662B28" w:rsidRDefault="00D5501C">
          <w:r>
            <w:rPr>
              <w:noProof/>
            </w:rPr>
            <w:drawing>
              <wp:inline distT="0" distB="0" distL="0" distR="0" wp14:anchorId="289211E2" wp14:editId="06C4CEEA">
                <wp:extent cx="2015999" cy="51327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gi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5999" cy="5132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0EE82F7" w14:textId="77777777" w:rsidR="00662B28" w:rsidRDefault="00D5501C">
          <w:pPr>
            <w:jc w:val="right"/>
          </w:pPr>
          <w:proofErr w:type="spellStart"/>
          <w:r>
            <w:rPr>
              <w:b/>
              <w:sz w:val="14"/>
            </w:rPr>
            <w:t>Secretaria</w:t>
          </w:r>
          <w:proofErr w:type="spellEnd"/>
          <w:r>
            <w:rPr>
              <w:b/>
              <w:sz w:val="14"/>
            </w:rPr>
            <w:t xml:space="preserve"> do </w:t>
          </w:r>
          <w:proofErr w:type="spellStart"/>
          <w:r>
            <w:rPr>
              <w:b/>
              <w:sz w:val="14"/>
            </w:rPr>
            <w:t>Clima</w:t>
          </w:r>
          <w:proofErr w:type="spellEnd"/>
          <w:r>
            <w:rPr>
              <w:b/>
              <w:sz w:val="14"/>
            </w:rPr>
            <w:t xml:space="preserve"> e Meio </w:t>
          </w:r>
          <w:proofErr w:type="spellStart"/>
          <w:r>
            <w:rPr>
              <w:b/>
              <w:sz w:val="14"/>
            </w:rPr>
            <w:t>Ambiente</w:t>
          </w:r>
          <w:proofErr w:type="spellEnd"/>
          <w:r>
            <w:rPr>
              <w:b/>
              <w:sz w:val="14"/>
            </w:rPr>
            <w:br/>
          </w:r>
          <w:r>
            <w:rPr>
              <w:sz w:val="14"/>
            </w:rPr>
            <w:t>Rua Braz Cubas, 470, Centro</w:t>
          </w:r>
          <w:r>
            <w:rPr>
              <w:sz w:val="14"/>
            </w:rPr>
            <w:br/>
            <w:t>CEP 08710-410, Mogi das Cruzes - SP</w:t>
          </w:r>
          <w:r>
            <w:rPr>
              <w:sz w:val="14"/>
            </w:rPr>
            <w:br/>
            <w:t>Tel: (11) 4798-5961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9823964">
    <w:abstractNumId w:val="8"/>
  </w:num>
  <w:num w:numId="2" w16cid:durableId="1586574000">
    <w:abstractNumId w:val="6"/>
  </w:num>
  <w:num w:numId="3" w16cid:durableId="557939173">
    <w:abstractNumId w:val="5"/>
  </w:num>
  <w:num w:numId="4" w16cid:durableId="487021447">
    <w:abstractNumId w:val="4"/>
  </w:num>
  <w:num w:numId="5" w16cid:durableId="384793628">
    <w:abstractNumId w:val="7"/>
  </w:num>
  <w:num w:numId="6" w16cid:durableId="472065168">
    <w:abstractNumId w:val="3"/>
  </w:num>
  <w:num w:numId="7" w16cid:durableId="1563639017">
    <w:abstractNumId w:val="2"/>
  </w:num>
  <w:num w:numId="8" w16cid:durableId="1068455753">
    <w:abstractNumId w:val="1"/>
  </w:num>
  <w:num w:numId="9" w16cid:durableId="57043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C2D"/>
    <w:rsid w:val="0006063C"/>
    <w:rsid w:val="000F4DDA"/>
    <w:rsid w:val="0015074B"/>
    <w:rsid w:val="002046E1"/>
    <w:rsid w:val="0026375D"/>
    <w:rsid w:val="00266D0C"/>
    <w:rsid w:val="0029639D"/>
    <w:rsid w:val="00326F90"/>
    <w:rsid w:val="00350F7B"/>
    <w:rsid w:val="00421475"/>
    <w:rsid w:val="00453620"/>
    <w:rsid w:val="00531C8E"/>
    <w:rsid w:val="00566A47"/>
    <w:rsid w:val="005B7DA9"/>
    <w:rsid w:val="00662B28"/>
    <w:rsid w:val="006D2F25"/>
    <w:rsid w:val="006F5999"/>
    <w:rsid w:val="00797046"/>
    <w:rsid w:val="00885E1E"/>
    <w:rsid w:val="008D4D9D"/>
    <w:rsid w:val="008F32B9"/>
    <w:rsid w:val="00973C40"/>
    <w:rsid w:val="009950FC"/>
    <w:rsid w:val="009B5085"/>
    <w:rsid w:val="00A06901"/>
    <w:rsid w:val="00AA1D8D"/>
    <w:rsid w:val="00AB72BC"/>
    <w:rsid w:val="00B06781"/>
    <w:rsid w:val="00B47730"/>
    <w:rsid w:val="00B87E4B"/>
    <w:rsid w:val="00BA2D7D"/>
    <w:rsid w:val="00C2567D"/>
    <w:rsid w:val="00CA2860"/>
    <w:rsid w:val="00CB0664"/>
    <w:rsid w:val="00D11CAB"/>
    <w:rsid w:val="00D37594"/>
    <w:rsid w:val="00D5501C"/>
    <w:rsid w:val="00D7396B"/>
    <w:rsid w:val="00E776BC"/>
    <w:rsid w:val="00F226FA"/>
    <w:rsid w:val="00FC693F"/>
    <w:rsid w:val="00FF1F27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70AC65EE-3B68-4174-95B7-D34C43D4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7"/>
    </w:rPr>
  </w:style>
  <w:style w:type="paragraph" w:styleId="Ttulo1">
    <w:name w:val="heading 1"/>
    <w:basedOn w:val="Normal"/>
    <w:next w:val="Normal"/>
    <w:link w:val="Ttulo1Char"/>
    <w:qFormat/>
    <w:rsid w:val="002046E1"/>
    <w:pPr>
      <w:keepNext/>
      <w:spacing w:before="100" w:after="40"/>
      <w:outlineLvl w:val="0"/>
    </w:pPr>
    <w:rPr>
      <w:b/>
      <w:sz w:val="18"/>
      <w:lang w:val="pt-BR"/>
    </w:rPr>
  </w:style>
  <w:style w:type="paragraph" w:styleId="Ttulo2">
    <w:name w:val="heading 2"/>
    <w:basedOn w:val="Ttulo1"/>
    <w:next w:val="Normal"/>
    <w:link w:val="Ttulo2Char"/>
    <w:unhideWhenUsed/>
    <w:qFormat/>
    <w:rsid w:val="000F4DDA"/>
    <w:pPr>
      <w:spacing w:before="0" w:after="0" w:line="240" w:lineRule="auto"/>
      <w:outlineLvl w:val="1"/>
    </w:pPr>
    <w:rPr>
      <w:sz w:val="14"/>
      <w:szCs w:val="1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rsid w:val="002046E1"/>
    <w:rPr>
      <w:rFonts w:ascii="Arial" w:hAnsi="Arial"/>
      <w:b/>
      <w:sz w:val="18"/>
      <w:lang w:val="pt-BR"/>
    </w:rPr>
  </w:style>
  <w:style w:type="character" w:customStyle="1" w:styleId="Ttulo2Char">
    <w:name w:val="Título 2 Char"/>
    <w:basedOn w:val="Fontepargpadro"/>
    <w:link w:val="Ttulo2"/>
    <w:rsid w:val="000F4DDA"/>
    <w:rPr>
      <w:rFonts w:ascii="Arial" w:hAnsi="Arial"/>
      <w:b/>
      <w:sz w:val="14"/>
      <w:szCs w:val="18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qFormat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FF79D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Harano</cp:lastModifiedBy>
  <cp:revision>31</cp:revision>
  <dcterms:created xsi:type="dcterms:W3CDTF">2013-12-23T23:15:00Z</dcterms:created>
  <dcterms:modified xsi:type="dcterms:W3CDTF">2026-07-27T17:10:00Z</dcterms:modified>
  <cp:category/>
</cp:coreProperties>
</file>